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492240" cy="4186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J_Simons_Stocktake_Notice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1865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